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1D3452"/>
          <w:sz w:val="40"/>
          <w:u w:val="none"/>
        </w:rPr>
        <w:t>KUVERT-VORLAGE — FENSTERBRIEF</w:t>
      </w:r>
    </w:p>
    <w:p>
      <w:pPr>
        <w:spacing w:after="320" w:before="0"/>
      </w:pPr>
      <w:r>
        <w:rPr>
          <w:rFonts w:ascii="Calibri" w:hAnsi="Calibri"/>
          <w:b w:val="0"/>
          <w:i/>
          <w:color w:val="555555"/>
          <w:sz w:val="20"/>
          <w:u w:val="none"/>
        </w:rPr>
        <w:t>Fuer Fensterkuverts DIN lang / C5 — Oesterreich 2026</w:t>
      </w:r>
    </w:p>
    <w:p>
      <w:pPr>
        <w:spacing w:after="320"/>
      </w:pPr>
      <w:r>
        <w:rPr>
          <w:b/>
          <w:color w:val="2D7A3A"/>
          <w:sz w:val="19"/>
        </w:rPr>
        <w:t xml:space="preserve">So geht's: </w:t>
      </w:r>
      <w:r>
        <w:rPr>
          <w:i/>
          <w:color w:val="555555"/>
          <w:sz w:val="19"/>
        </w:rPr>
        <w:t>Logo oben rechts einfuegen (Einfuegen → Bilder), Absenderzeile + Empfaengeradresse im markierten Feld ersetzen, ausdrucken und vor ein leeres Kuvert halten, bevor du eine groessere Menge bedruckst — Fensterpositionen unterscheiden sich je nach Hersteller minimal.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953"/>
        <w:gridCol w:w="2835"/>
      </w:tblGrid>
      <w:tr>
        <w:tc>
          <w:tcPr>
            <w:tcW w:type="dxa" w:w="4536"/>
          </w:tcPr>
          <w:p>
            <w:pPr>
              <w:spacing w:before="120"/>
            </w:pPr>
            <w:r>
              <w:rPr>
                <w:b/>
                <w:sz w:val="20"/>
              </w:rPr>
              <w:t>[Deine Firma GmbH]</w:t>
              <w:br/>
            </w:r>
            <w:r>
              <w:rPr>
                <w:color w:val="555555"/>
                <w:sz w:val="17"/>
              </w:rPr>
              <w:t>[Straße Nr.] · [PLZ Ort] · [Telefon] · [E-Mail]</w:t>
            </w:r>
          </w:p>
        </w:tc>
        <w:tc>
          <w:tcPr>
            <w:tcW w:type="dxa" w:w="4536"/>
          </w:tcPr>
          <w:p>
            <w:pPr>
              <w:spacing w:before="120"/>
              <w:jc w:val="center"/>
            </w:pPr>
            <w:r>
              <w:rPr>
                <w:i/>
                <w:color w:val="555555"/>
                <w:sz w:val="18"/>
              </w:rPr>
              <w:t>[ Logo ]</w:t>
            </w:r>
          </w:p>
        </w:tc>
      </w:tr>
    </w:tbl>
    <w:p>
      <w:pPr>
        <w:spacing w:after="120" w:before="0"/>
      </w:pPr>
    </w:p>
    <w:p>
      <w:pPr>
        <w:spacing w:after="12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2"/>
      </w:tblGrid>
      <w:tr>
        <w:tc>
          <w:tcPr>
            <w:tcW w:type="dxa" w:w="5102"/>
            <w:tcBorders>
              <w:top w:val="dashed" w:sz="6" w:color="AAAAAA"/>
              <w:left w:val="dashed" w:sz="6" w:color="AAAAAA"/>
              <w:bottom w:val="dashed" w:sz="6" w:color="AAAAAA"/>
              <w:right w:val="dashed" w:sz="6" w:color="AAAAAA"/>
            </w:tcBorders>
          </w:tcPr>
          <w:p>
            <w:pPr>
              <w:spacing w:before="160" w:after="120"/>
            </w:pPr>
            <w:r>
              <w:rPr>
                <w:color w:val="555555"/>
                <w:sz w:val="15"/>
                <w:u w:val="single"/>
              </w:rPr>
              <w:t>[Deine Firma GmbH · Straße Nr. · PLZ Ort]</w:t>
            </w:r>
          </w:p>
          <w:p>
            <w:pPr>
              <w:spacing w:after="20"/>
            </w:pPr>
            <w:r>
              <w:rPr>
                <w:rFonts w:ascii="Calibri" w:hAnsi="Calibri"/>
                <w:sz w:val="22"/>
              </w:rPr>
              <w:t>[Name der Empfängerin/des Empfängers]</w:t>
            </w:r>
          </w:p>
          <w:p>
            <w:pPr>
              <w:spacing w:after="20"/>
            </w:pPr>
            <w:r>
              <w:rPr>
                <w:rFonts w:ascii="Calibri" w:hAnsi="Calibri"/>
                <w:sz w:val="22"/>
              </w:rPr>
              <w:t>[Firma, falls vorhanden]</w:t>
            </w:r>
          </w:p>
          <w:p>
            <w:pPr>
              <w:spacing w:after="20"/>
            </w:pPr>
            <w:r>
              <w:rPr>
                <w:rFonts w:ascii="Calibri" w:hAnsi="Calibri"/>
                <w:sz w:val="22"/>
              </w:rPr>
              <w:t>[Straße Hausnummer]</w:t>
            </w:r>
          </w:p>
          <w:p>
            <w:pPr>
              <w:spacing w:after="20"/>
            </w:pPr>
            <w:r>
              <w:rPr>
                <w:rFonts w:ascii="Calibri" w:hAnsi="Calibri"/>
                <w:sz w:val="22"/>
              </w:rPr>
              <w:t>[PLZ Ort]</w:t>
            </w:r>
          </w:p>
          <w:p>
            <w:pPr>
              <w:spacing w:after="20"/>
            </w:pPr>
            <w:r>
              <w:rPr>
                <w:rFonts w:ascii="Calibri" w:hAnsi="Calibri"/>
                <w:sz w:val="22"/>
              </w:rPr>
              <w:t>[Land, falls Ausland]</w:t>
            </w:r>
          </w:p>
        </w:tc>
      </w:tr>
    </w:tbl>
    <w:p>
      <w:pPr>
        <w:spacing w:after="160" w:before="0"/>
      </w:pPr>
    </w:p>
    <w:p>
      <w:pPr>
        <w:spacing w:after="160" w:before="0"/>
      </w:pPr>
    </w:p>
    <w:p>
      <w:pPr>
        <w:spacing w:after="280" w:before="0"/>
        <w:jc w:val="right"/>
      </w:pPr>
      <w:r>
        <w:rPr>
          <w:rFonts w:ascii="Calibri" w:hAnsi="Calibri"/>
          <w:b w:val="0"/>
          <w:i w:val="0"/>
          <w:color w:val="555555"/>
          <w:sz w:val="20"/>
          <w:u w:val="none"/>
        </w:rPr>
        <w:t>[Ort], [TT. Monat JJJJ]</w:t>
      </w:r>
    </w:p>
    <w:p>
      <w:pPr>
        <w:spacing w:after="240" w:before="0"/>
      </w:pPr>
      <w:r>
        <w:rPr>
          <w:rFonts w:ascii="Calibri" w:hAnsi="Calibri"/>
          <w:b/>
          <w:i w:val="0"/>
          <w:sz w:val="22"/>
          <w:u w:val="none"/>
        </w:rPr>
        <w:t>[Betreff des Schreibens]</w:t>
      </w:r>
    </w:p>
    <w:p>
      <w:pPr>
        <w:spacing w:after="160" w:before="0"/>
      </w:pPr>
      <w:r>
        <w:rPr>
          <w:rFonts w:ascii="Calibri" w:hAnsi="Calibri"/>
          <w:b w:val="0"/>
          <w:i w:val="0"/>
          <w:sz w:val="22"/>
          <w:u w:val="none"/>
        </w:rPr>
        <w:t>[Sehr geehrte Frau / Sehr geehrter Herr Nachname],</w:t>
      </w:r>
    </w:p>
    <w:p>
      <w:pPr>
        <w:spacing w:after="160"/>
      </w:pPr>
      <w:r>
        <w:rPr>
          <w:i/>
          <w:color w:val="555555"/>
        </w:rPr>
        <w:t>[Hier beginnt der Brieftext.]</w:t>
      </w:r>
    </w:p>
    <w:p>
      <w:pPr>
        <w:spacing w:after="440" w:before="120"/>
      </w:pPr>
      <w:r>
        <w:rPr>
          <w:rFonts w:ascii="Calibri" w:hAnsi="Calibri"/>
          <w:b w:val="0"/>
          <w:i w:val="0"/>
          <w:sz w:val="22"/>
          <w:u w:val="none"/>
        </w:rPr>
        <w:t>Freundliche Grüße</w:t>
      </w:r>
    </w:p>
    <w:p>
      <w:pPr>
        <w:spacing w:after="20" w:before="0"/>
      </w:pPr>
      <w:r>
        <w:rPr>
          <w:rFonts w:ascii="Calibri" w:hAnsi="Calibri"/>
          <w:b w:val="0"/>
          <w:i w:val="0"/>
          <w:sz w:val="22"/>
          <w:u w:val="none"/>
        </w:rPr>
        <w:t>_______________________________</w:t>
      </w:r>
    </w:p>
    <w:p>
      <w:pPr>
        <w:spacing w:after="0" w:before="0"/>
      </w:pPr>
      <w:r>
        <w:rPr>
          <w:rFonts w:ascii="Calibri" w:hAnsi="Calibri"/>
          <w:b w:val="0"/>
          <w:i w:val="0"/>
          <w:color w:val="555555"/>
          <w:sz w:val="20"/>
          <w:u w:val="none"/>
        </w:rPr>
        <w:t>[Vor- und Nachname]</w:t>
      </w:r>
    </w:p>
    <w:p>
      <w:pPr>
        <w:spacing w:after="40" w:before="0"/>
      </w:pPr>
    </w:p>
    <w:p>
      <w:pPr>
        <w:spacing w:before="200"/>
      </w:pPr>
      <w:r>
        <w:rPr>
          <w:color w:val="C8D8C8"/>
          <w:sz w:val="12"/>
        </w:rPr>
        <w:t xml:space="preserve">— — — — — — — — — — — — — — — — — — — — — — — — — — — — — — </w:t>
      </w:r>
    </w:p>
    <w:p>
      <w:pPr>
        <w:spacing w:after="0" w:before="0"/>
      </w:pPr>
      <w:r>
        <w:rPr>
          <w:rFonts w:ascii="Calibri" w:hAnsi="Calibri"/>
          <w:b w:val="0"/>
          <w:i w:val="0"/>
          <w:color w:val="555555"/>
          <w:sz w:val="17"/>
          <w:u w:val="none"/>
        </w:rPr>
        <w:t>Kostenlose Vorlage von everbill. Noch mehr Vorlagen und Tipps auf everbill.com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5"/>
      </w:rPr>
      <w:t>[Deine Firma GmbH] · [Straße Nr., PLZ Ort] · FN [Firmenbuchnummer] · UID [ATU-Nummer]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