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i w:val="0"/>
          <w:sz w:val="24"/>
        </w:rPr>
        <w:t>[Ihr Vor- und Nachname]</w:t>
      </w:r>
    </w:p>
    <w:p>
      <w:r>
        <w:rPr>
          <w:b w:val="0"/>
          <w:i w:val="0"/>
          <w:sz w:val="22"/>
        </w:rPr>
        <w:t>[Straße und Hausnummer]</w:t>
      </w:r>
    </w:p>
    <w:p>
      <w:r>
        <w:rPr>
          <w:b w:val="0"/>
          <w:i w:val="0"/>
          <w:sz w:val="22"/>
        </w:rPr>
        <w:t>[PLZ Ort]</w:t>
      </w:r>
    </w:p>
    <w:p>
      <w:r>
        <w:rPr>
          <w:b w:val="0"/>
          <w:i w:val="0"/>
          <w:sz w:val="22"/>
        </w:rPr>
        <w:t>[E-Mail-Adresse]</w:t>
      </w:r>
    </w:p>
    <w:p/>
    <w:p>
      <w:r>
        <w:rPr>
          <w:b/>
          <w:i w:val="0"/>
          <w:sz w:val="22"/>
        </w:rPr>
        <w:t>[Name des Unternehmens / Vertragspartners]</w:t>
      </w:r>
    </w:p>
    <w:p>
      <w:r>
        <w:rPr>
          <w:b w:val="0"/>
          <w:i w:val="0"/>
          <w:sz w:val="22"/>
        </w:rPr>
        <w:t>[Abteilung / Ansprechperson]</w:t>
      </w:r>
    </w:p>
    <w:p>
      <w:r>
        <w:rPr>
          <w:b w:val="0"/>
          <w:i w:val="0"/>
          <w:sz w:val="22"/>
        </w:rPr>
        <w:t>[Straße und Hausnummer]</w:t>
      </w:r>
    </w:p>
    <w:p>
      <w:r>
        <w:rPr>
          <w:b w:val="0"/>
          <w:i w:val="0"/>
          <w:sz w:val="22"/>
        </w:rPr>
        <w:t>[PLZ Ort]</w:t>
      </w:r>
    </w:p>
    <w:p/>
    <w:p>
      <w:pPr>
        <w:jc w:val="right"/>
      </w:pPr>
      <w:r>
        <w:t>[Ort], [Datum]</w:t>
      </w:r>
    </w:p>
    <w:p/>
    <w:p>
      <w:r>
        <w:rPr>
          <w:b/>
          <w:i w:val="0"/>
          <w:sz w:val="22"/>
        </w:rPr>
        <w:t>Betreff: Kündigung des Vertrags vom [Vertragsdatum]</w:t>
      </w:r>
    </w:p>
    <w:p>
      <w:r>
        <w:rPr>
          <w:b w:val="0"/>
          <w:i w:val="0"/>
          <w:sz w:val="20"/>
        </w:rPr>
        <w:t>Kunden-/Vertragsnummer: [Ihre Nummer]</w:t>
      </w:r>
    </w:p>
    <w:p/>
    <w:p>
      <w:r>
        <w:rPr>
          <w:b w:val="0"/>
          <w:i w:val="0"/>
          <w:sz w:val="22"/>
        </w:rPr>
        <w:t>Sehr geehrte Damen und Herren,</w:t>
      </w:r>
    </w:p>
    <w:p/>
    <w:p>
      <w:r>
        <w:rPr>
          <w:b/>
          <w:i w:val="0"/>
          <w:sz w:val="20"/>
        </w:rPr>
        <w:t>Variante A – Ordentliche Kündigung:</w:t>
      </w:r>
    </w:p>
    <w:p>
      <w:r>
        <w:rPr>
          <w:b w:val="0"/>
          <w:i w:val="0"/>
          <w:sz w:val="22"/>
        </w:rPr>
        <w:t>hiermit kündige ich den oben genannten Vertrag fristgerecht zum [Datum] / zum nächstmöglichen Termin.</w:t>
      </w:r>
    </w:p>
    <w:p/>
    <w:p>
      <w:r>
        <w:rPr>
          <w:b/>
          <w:i w:val="0"/>
          <w:sz w:val="20"/>
        </w:rPr>
        <w:t>Variante B – Außerordentliche Kündigung:</w:t>
      </w:r>
    </w:p>
    <w:p>
      <w:r>
        <w:rPr>
          <w:b w:val="0"/>
          <w:i w:val="0"/>
          <w:sz w:val="22"/>
        </w:rPr>
        <w:t>hiermit kündige ich den oben genannten Vertrag außerordentlich und fristlos aus wichtigem Grund. Der Grund für die außerordentliche Kündigung ist: [Begründung].</w:t>
      </w:r>
    </w:p>
    <w:p/>
    <w:p>
      <w:r>
        <w:rPr>
          <w:b w:val="0"/>
          <w:i w:val="0"/>
          <w:sz w:val="22"/>
        </w:rPr>
        <w:t>Bitte bestätigen Sie mir den Eingang dieser Kündigung sowie den genauen Beendigungstermin schriftlich.</w:t>
      </w:r>
    </w:p>
    <w:p/>
    <w:p>
      <w:r>
        <w:rPr>
          <w:b w:val="0"/>
          <w:i w:val="0"/>
          <w:sz w:val="22"/>
        </w:rPr>
        <w:t>Mit freundlichen Grüßen,</w:t>
      </w:r>
    </w:p>
    <w:p/>
    <w:p/>
    <w:p>
      <w:r>
        <w:rPr>
          <w:b w:val="0"/>
          <w:i w:val="0"/>
          <w:sz w:val="22"/>
        </w:rPr>
        <w:t>_________________________________</w:t>
      </w:r>
    </w:p>
    <w:p>
      <w:r>
        <w:rPr>
          <w:b/>
          <w:i w:val="0"/>
          <w:sz w:val="22"/>
        </w:rPr>
        <w:t>[Vor- und Nachname]</w:t>
      </w:r>
    </w:p>
    <w:p/>
    <w:p>
      <w:r>
        <w:t>────────────────────────────────────────────────────────────</w:t>
      </w:r>
    </w:p>
    <w:p>
      <w:r>
        <w:rPr>
          <w:b w:val="0"/>
          <w:i/>
          <w:sz w:val="18"/>
        </w:rPr>
        <w:t>Hinweis: Kündigung per Einschreiben versenden und Kopie behalten. Fristen im Vertrag prüfen.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