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</w:pPr>
      <w:r>
        <w:rPr>
          <w:b/>
          <w:color w:val="1D3452"/>
          <w:sz w:val="40"/>
        </w:rPr>
        <w:t>HONORARNOTE</w:t>
      </w:r>
    </w:p>
    <w:p>
      <w:pPr>
        <w:spacing w:before="0" w:after="160"/>
      </w:pPr>
      <w:r>
        <w:rPr>
          <w:i/>
          <w:color w:val="555555"/>
          <w:sz w:val="20"/>
        </w:rPr>
        <w:t>Muster-Vorlage für Freiberufler und EPU — Österreich 2026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20"/>
            </w:pPr>
            <w:r/>
            <w:r>
              <w:rPr>
                <w:b/>
                <w:color w:val="3A7934"/>
                <w:sz w:val="18"/>
              </w:rPr>
              <w:t>Aussteller (Freiberufler/EPU)</w:t>
            </w:r>
          </w:p>
          <w:p>
            <w:pPr>
              <w:spacing w:before="0" w:after="0"/>
            </w:pPr>
            <w:r>
              <w:rPr>
                <w:sz w:val="19"/>
              </w:rPr>
              <w:t>[Vorname Nachname]</w:t>
            </w:r>
          </w:p>
          <w:p>
            <w:pPr>
              <w:spacing w:before="0" w:after="0"/>
            </w:pPr>
            <w:r>
              <w:rPr>
                <w:sz w:val="19"/>
              </w:rPr>
              <w:t>[Straße Hausnummer]</w:t>
            </w:r>
          </w:p>
          <w:p>
            <w:pPr>
              <w:spacing w:before="0" w:after="0"/>
            </w:pPr>
            <w:r>
              <w:rPr>
                <w:sz w:val="19"/>
              </w:rPr>
              <w:t>[PLZ Ort]</w:t>
            </w:r>
          </w:p>
          <w:p>
            <w:pPr>
              <w:spacing w:before="0" w:after="0"/>
            </w:pPr>
            <w:r>
              <w:rPr>
                <w:sz w:val="19"/>
              </w:rPr>
              <w:t>[Telefon / E-Mail]</w:t>
            </w:r>
          </w:p>
          <w:p>
            <w:pPr>
              <w:spacing w:before="0" w:after="0"/>
            </w:pPr>
            <w:r>
              <w:rPr>
                <w:sz w:val="19"/>
              </w:rPr>
              <w:t>[Steuernummer oder UID, falls vorhanden]</w:t>
            </w:r>
          </w:p>
        </w:tc>
        <w:tc>
          <w:tcPr>
            <w:tcW w:type="dxa" w:w="5100"/>
          </w:tcPr>
          <w:p>
            <w:pPr>
              <w:spacing w:before="0" w:after="20"/>
            </w:pPr>
            <w:r/>
            <w:r>
              <w:rPr>
                <w:b/>
                <w:color w:val="3A7934"/>
                <w:sz w:val="18"/>
              </w:rPr>
              <w:t>Empfänger (Klient/Auftraggeber)</w:t>
            </w:r>
          </w:p>
          <w:p>
            <w:pPr>
              <w:spacing w:before="0" w:after="0"/>
            </w:pPr>
            <w:r>
              <w:rPr>
                <w:sz w:val="19"/>
              </w:rPr>
              <w:t>[Firma oder Name]</w:t>
            </w:r>
          </w:p>
          <w:p>
            <w:pPr>
              <w:spacing w:before="0" w:after="0"/>
            </w:pPr>
            <w:r>
              <w:rPr>
                <w:sz w:val="19"/>
              </w:rPr>
              <w:t>[Straße Hausnummer]</w:t>
            </w:r>
          </w:p>
          <w:p>
            <w:pPr>
              <w:spacing w:before="0" w:after="0"/>
            </w:pPr>
            <w:r>
              <w:rPr>
                <w:sz w:val="19"/>
              </w:rPr>
              <w:t>[PLZ Ort]</w:t>
            </w:r>
          </w:p>
          <w:p>
            <w:pPr>
              <w:spacing w:before="0" w:after="0"/>
            </w:pPr>
            <w:r>
              <w:rPr>
                <w:sz w:val="19"/>
              </w:rPr>
              <w:t>[ggf. UID-Nummer des Empfängers]</w:t>
            </w:r>
          </w:p>
        </w:tc>
      </w:tr>
    </w:tbl>
    <w:p>
      <w:pPr>
        <w:spacing w:before="80" w:after="8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spacing w:before="0" w:after="0"/>
            </w:pPr>
            <w:r/>
            <w:r>
              <w:rPr>
                <w:b/>
                <w:color w:val="555555"/>
                <w:sz w:val="17"/>
              </w:rPr>
              <w:t>Honorarnote-Nr.</w:t>
              <w:br/>
            </w:r>
            <w:r>
              <w:rPr>
                <w:sz w:val="20"/>
              </w:rPr>
              <w:t>HN-2026-001</w:t>
            </w:r>
          </w:p>
        </w:tc>
        <w:tc>
          <w:tcPr>
            <w:tcW w:type="dxa" w:w="3400"/>
          </w:tcPr>
          <w:p>
            <w:pPr>
              <w:spacing w:before="0" w:after="0"/>
            </w:pPr>
            <w:r/>
            <w:r>
              <w:rPr>
                <w:b/>
                <w:color w:val="555555"/>
                <w:sz w:val="17"/>
              </w:rPr>
              <w:t>Ausstellungsdatum</w:t>
              <w:br/>
            </w:r>
            <w:r>
              <w:rPr>
                <w:sz w:val="20"/>
              </w:rPr>
              <w:t>[TT.MM.JJJJ]</w:t>
            </w:r>
          </w:p>
        </w:tc>
        <w:tc>
          <w:tcPr>
            <w:tcW w:type="dxa" w:w="3400"/>
          </w:tcPr>
          <w:p>
            <w:pPr>
              <w:spacing w:before="0" w:after="0"/>
            </w:pPr>
            <w:r/>
            <w:r>
              <w:rPr>
                <w:b/>
                <w:color w:val="555555"/>
                <w:sz w:val="17"/>
              </w:rPr>
              <w:t>Leistungszeitraum</w:t>
              <w:br/>
            </w:r>
            <w:r>
              <w:rPr>
                <w:sz w:val="20"/>
              </w:rPr>
              <w:t>[von – bis]</w:t>
            </w:r>
          </w:p>
        </w:tc>
      </w:tr>
    </w:tbl>
    <w:p>
      <w:pPr>
        <w:spacing w:before="80" w:after="40"/>
      </w:pPr>
    </w:p>
    <w:p>
      <w:pPr>
        <w:spacing w:before="0" w:after="40"/>
      </w:pPr>
      <w:r>
        <w:rPr>
          <w:b/>
          <w:sz w:val="21"/>
        </w:rPr>
        <w:t>Leistungsbeschreibung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3A7934"/>
          </w:tcPr>
          <w:p>
            <w:pPr>
              <w:spacing w:before="0" w:after="0"/>
            </w:pPr>
            <w:r/>
            <w:r>
              <w:rPr>
                <w:b/>
                <w:color w:val="FFFFFF"/>
                <w:sz w:val="19"/>
              </w:rPr>
              <w:t>Leistung / Tätigkeit</w:t>
            </w:r>
          </w:p>
        </w:tc>
        <w:tc>
          <w:tcPr>
            <w:tcW w:type="dxa" w:w="2550"/>
            <w:shd w:fill="3A7934"/>
          </w:tcPr>
          <w:p>
            <w:pPr>
              <w:spacing w:before="0" w:after="0"/>
            </w:pPr>
            <w:r/>
            <w:r>
              <w:rPr>
                <w:b/>
                <w:color w:val="FFFFFF"/>
                <w:sz w:val="19"/>
              </w:rPr>
              <w:t>Menge / Stunden</w:t>
            </w:r>
          </w:p>
        </w:tc>
        <w:tc>
          <w:tcPr>
            <w:tcW w:type="dxa" w:w="2550"/>
            <w:shd w:fill="3A7934"/>
          </w:tcPr>
          <w:p>
            <w:pPr>
              <w:spacing w:before="0" w:after="0"/>
            </w:pPr>
            <w:r/>
            <w:r>
              <w:rPr>
                <w:b/>
                <w:color w:val="FFFFFF"/>
                <w:sz w:val="19"/>
              </w:rPr>
              <w:t>Einzelpreis (EUR)</w:t>
            </w:r>
          </w:p>
        </w:tc>
        <w:tc>
          <w:tcPr>
            <w:tcW w:type="dxa" w:w="2550"/>
            <w:shd w:fill="3A7934"/>
          </w:tcPr>
          <w:p>
            <w:pPr>
              <w:spacing w:before="0" w:after="0"/>
            </w:pPr>
            <w:r/>
            <w:r>
              <w:rPr>
                <w:b/>
                <w:color w:val="FFFFFF"/>
                <w:sz w:val="19"/>
              </w:rPr>
              <w:t>Gesamt (EUR)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/>
            <w:r>
              <w:rPr>
                <w:sz w:val="19"/>
              </w:rPr>
              <w:t>[z. B. Beratungsleistung Projekt X]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/>
            <w:r>
              <w:rPr>
                <w:sz w:val="19"/>
              </w:rPr>
              <w:t>10 Std.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/>
            <w:r>
              <w:rPr>
                <w:sz w:val="19"/>
              </w:rPr>
              <w:t>80,00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/>
            <w:r>
              <w:rPr>
                <w:sz w:val="19"/>
              </w:rPr>
              <w:t>800,00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/>
            <w:r>
              <w:rPr>
                <w:sz w:val="19"/>
              </w:rPr>
              <w:t>[weitere Position]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/>
            <w:r>
              <w:rPr>
                <w:sz w:val="19"/>
              </w:rPr>
            </w:r>
          </w:p>
        </w:tc>
        <w:tc>
          <w:tcPr>
            <w:tcW w:type="dxa" w:w="2550"/>
          </w:tcPr>
          <w:p>
            <w:pPr>
              <w:spacing w:before="0" w:after="0"/>
            </w:pPr>
            <w:r/>
            <w:r>
              <w:rPr>
                <w:sz w:val="19"/>
              </w:rPr>
            </w:r>
          </w:p>
        </w:tc>
        <w:tc>
          <w:tcPr>
            <w:tcW w:type="dxa" w:w="2550"/>
          </w:tcPr>
          <w:p>
            <w:pPr>
              <w:spacing w:before="0" w:after="0"/>
            </w:pPr>
            <w:r/>
            <w:r>
              <w:rPr>
                <w:sz w:val="19"/>
              </w:rPr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40" w:after="0"/>
            </w:pPr>
            <w:r/>
            <w:r>
              <w:rPr>
                <w:b/>
              </w:rPr>
              <w:t>Gesamtbetrag</w:t>
            </w:r>
          </w:p>
        </w:tc>
        <w:tc>
          <w:tcPr>
            <w:tcW w:type="dxa" w:w="5100"/>
          </w:tcPr>
          <w:p>
            <w:pPr>
              <w:spacing w:before="40" w:after="0"/>
            </w:pPr>
            <w:r/>
            <w:r>
              <w:rPr>
                <w:b/>
              </w:rPr>
              <w:t>[Summe] EUR</w:t>
            </w:r>
          </w:p>
        </w:tc>
      </w:tr>
    </w:tbl>
    <w:p>
      <w:pPr>
        <w:spacing w:before="80" w:after="40"/>
      </w:pPr>
    </w:p>
    <w:p>
      <w:pPr>
        <w:spacing w:before="0" w:after="40"/>
      </w:pPr>
      <w:r>
        <w:rPr>
          <w:color w:val="555555"/>
          <w:sz w:val="19"/>
        </w:rPr>
        <w:t>Hinweis zur Umsatzsteuer: Sofern die Kleinunternehmerregelung gemäß § 6 Abs. 1 Z 27 UStG in Anspruch genommen wird, ist folgender Zusatz anzuführen:</w:t>
      </w:r>
    </w:p>
    <w:p>
      <w:pPr>
        <w:spacing w:before="0" w:after="80"/>
      </w:pPr>
      <w:r>
        <w:rPr>
          <w:i/>
          <w:sz w:val="19"/>
        </w:rPr>
        <w:t>„Umsatzsteuerbefreit gemäß § 6 Abs. 1 Z 27 UStG (Kleinunternehmerregelung)."</w:t>
      </w:r>
    </w:p>
    <w:p>
      <w:pPr>
        <w:spacing w:before="0" w:after="40"/>
      </w:pPr>
      <w:r>
        <w:rPr>
          <w:b/>
          <w:sz w:val="21"/>
        </w:rPr>
        <w:t>Pflichtangaben nach § 11 UStG — Checkliste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20"/>
            </w:pPr>
            <w:r/>
            <w:r>
              <w:rPr>
                <w:sz w:val="18"/>
              </w:rPr>
              <w:t>☐ Name und Anschrift des leistenden Unternehmers (Aussteller)</w:t>
            </w:r>
          </w:p>
        </w:tc>
        <w:tc>
          <w:tcPr>
            <w:tcW w:type="dxa" w:w="5100"/>
          </w:tcPr>
          <w:p>
            <w:pPr>
              <w:spacing w:before="0" w:after="20"/>
            </w:pPr>
            <w:r/>
            <w:r>
              <w:rPr>
                <w:sz w:val="18"/>
              </w:rPr>
              <w:t>☐ Menge und Art der erbrachten Leistung</w:t>
            </w:r>
          </w:p>
        </w:tc>
      </w:tr>
      <w:tr>
        <w:tc>
          <w:tcPr>
            <w:tcW w:type="dxa" w:w="5100"/>
          </w:tcPr>
          <w:p>
            <w:pPr>
              <w:spacing w:before="0" w:after="20"/>
            </w:pPr>
            <w:r/>
            <w:r>
              <w:rPr>
                <w:sz w:val="18"/>
              </w:rPr>
              <w:t>☐ Name und Anschrift des Leistungsempfängers</w:t>
            </w:r>
          </w:p>
        </w:tc>
        <w:tc>
          <w:tcPr>
            <w:tcW w:type="dxa" w:w="5100"/>
          </w:tcPr>
          <w:p>
            <w:pPr>
              <w:spacing w:before="0" w:after="20"/>
            </w:pPr>
            <w:r/>
            <w:r>
              <w:rPr>
                <w:sz w:val="18"/>
              </w:rPr>
              <w:t>☐ Zeitraum der Leistungserbringung</w:t>
            </w:r>
          </w:p>
        </w:tc>
      </w:tr>
      <w:tr>
        <w:tc>
          <w:tcPr>
            <w:tcW w:type="dxa" w:w="5100"/>
          </w:tcPr>
          <w:p>
            <w:pPr>
              <w:spacing w:before="0" w:after="20"/>
            </w:pPr>
            <w:r/>
            <w:r>
              <w:rPr>
                <w:sz w:val="18"/>
              </w:rPr>
              <w:t>☐ Fortlaufende Honorarnote-Nummer (einmalig vergeben)</w:t>
            </w:r>
          </w:p>
        </w:tc>
        <w:tc>
          <w:tcPr>
            <w:tcW w:type="dxa" w:w="5100"/>
          </w:tcPr>
          <w:p>
            <w:pPr>
              <w:spacing w:before="0" w:after="20"/>
            </w:pPr>
            <w:r/>
            <w:r>
              <w:rPr>
                <w:sz w:val="18"/>
              </w:rPr>
              <w:t>☐ Entgelt (Nettobetrag) und anzuwendender Steuersatz bzw. Hinweis auf Steuerbefreiung</w:t>
            </w:r>
          </w:p>
        </w:tc>
      </w:tr>
      <w:tr>
        <w:tc>
          <w:tcPr>
            <w:tcW w:type="dxa" w:w="5100"/>
          </w:tcPr>
          <w:p>
            <w:pPr>
              <w:spacing w:before="0" w:after="20"/>
            </w:pPr>
            <w:r/>
            <w:r>
              <w:rPr>
                <w:sz w:val="18"/>
              </w:rPr>
              <w:t>☐ Ausstellungsdatum</w:t>
            </w:r>
          </w:p>
        </w:tc>
        <w:tc>
          <w:tcPr>
            <w:tcW w:type="dxa" w:w="5100"/>
          </w:tcPr>
          <w:p>
            <w:pPr>
              <w:spacing w:before="0" w:after="20"/>
            </w:pPr>
            <w:r/>
            <w:r>
              <w:rPr>
                <w:sz w:val="18"/>
              </w:rPr>
              <w:t>☐ Steuerbetrag (falls umsatzsteuerpflichtig) oder Hinweis auf Kleinunternehmerregelung</w:t>
            </w:r>
          </w:p>
        </w:tc>
      </w:tr>
    </w:tbl>
    <w:p>
      <w:pPr>
        <w:spacing w:before="120" w:after="0"/>
      </w:pPr>
      <w:r>
        <w:rPr>
          <w:color w:val="555555"/>
          <w:sz w:val="16"/>
        </w:rPr>
        <w:t>Diese Vorlage ersetzt keine steuerliche Beratung. Bitte prüfe deine individuelle Situation ggf. mit einem Steuerberater.</w:t>
        <w:br/>
        <w:t>Erstellt mit everbill — Rechnungssoftware für österreichische Kleinunternehmer und KMU. www.everbill.com</w:t>
      </w:r>
    </w:p>
    <w:sectPr w:rsidR="00FC693F" w:rsidRPr="0006063C" w:rsidSect="00034616">
      <w:pgSz w:w="12240" w:h="15840"/>
      <w:pgMar w:top="794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